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ראש השנה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סימני המאכלים לאיחולים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ומושגים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תקיעה צליל ארוך, תרועה רצף צלילים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שנה טובה ומתוקה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יסתלקו – שהרע ילך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לראות ולגעת בשופר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קול ומצווה הם בלתי מוחשיים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סימן לאיחול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(שנה טובה ומתוקה)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(שהרע יסתלק)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(שנרבה בטוב (ביידיש))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(צליל ארוך בשופר)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– מה עושים בתשליך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הולכים למקור מים, כמו נהר או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עומדים ליד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 פסוקים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מבקשים להתחיל שנה חדשה ונקייה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סימן מבטא איחול טוב לשנה החדשה דרך משחק מילים או טעם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תקיעה-צליל ארוך, תרועה-צלילים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סימן נכון עם איחול מתאים כמו תפוח בדבש-שנה מתוקה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הליכה למקור מים ובקשה להתחיל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שופר אמיתי או הקלטה כדי להדגים תקיעה ותרועה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לשתף מנהגי משפחה נוספים מראש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היצירה אפשר לעבוד בזוגות ולשתף את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בראש השנה יש מנהגים שעוברים במשפחות במשך דורות – תקיעת שופר, סימנים על השולחן וטקס תשליך. בדף נתרגל את המשמעות של המנהגים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שופר  ·  תשליך  ·  דבש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תקיעה לתרועה?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תקיעה קצרה, תרועה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תקיעה צליל ארוך, תרועה רצף צלילים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מאחלים כשאוכלים תפוח בדבש?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שנה טובה ומתוקה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מסתתר במילה 'סלק'?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של ירק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יסתלקו – שהרע ילך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השופר עצמו הוא דבר מוחשי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קול השופר והמצווה הם דברים מוחשיים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בראש השנה תוקעים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אוכלים תפוח ב__________ לשנה מתוקה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בטקס __________ הולכים למקור 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סימן לאיחול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תפוח בדבש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שהרע יסתלק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שנרבה בטוב (ביידיש)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צליל ארוך בשופר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תקיעה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שנה טובה ומתוקה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שלבים – מה עושים בתשליך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מבקשים להתחיל שנה חדשה ונקייה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הולכים למקור מים, כמו נהר או 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עומדים ליד 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פסוקים מתאימים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אוכלים סימנים בראש השנה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תקיעה לתרועה?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לסימן ולאיחול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