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ראש השנה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סימני המאכלים לאיחולים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תקיעה צליל ארוך, תרועה רצף צלילים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שנה טובה ומתוקה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יסתלקו – שהרע ילך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הולכים למקור מים ומבקשים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א׳–ב׳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ת־ק־ע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לראות ולגעת בשופר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קול ומצווה הם בלתי מוחשיים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הפירוש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נהוג בעיקר במשפחות ממוצא ספרדי ומזרחי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מסבירים את מנהג אכילת הגזר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יהי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תרועה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לאיחול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(שנה טובה ומתוקה)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(שהרע יסתלק)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(שנרבה בטוב (ביידיש))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(צליל ארוך בשופר)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(רצף צלילים קצרים)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מה עושים בתשליך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הולכים למקור מים, כמו נהר או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ליד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פסוקים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מבקשים להתחיל שנה חדשה ונקייה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סימן מבטא איחול טוב לשנה החדשה דרך משחק מילים או טעם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מוחשי אפשר לגעת בו כמו השופר, בלתי מוחשי לא כמו קולו או המצווה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תקיעה-צליל ארוך, תרועה-צלילים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סימן נכון עם איחול מתאים כמו תפוח בדבש-שנה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הליכה למקור מים ובקשה להתחיל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שופר אמיתי או הקלטה כדי להדגים תקיעה ותרועה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מנהגי משפחה נוספים מראש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היצירה אפשר לעבוד בזוגות ולשתף את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הרבה מנהגים ישנים. נלמד עליהם ונבין למה עושים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צליל שופר ארוך ואחד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צלילים קצרים מאוד בשופר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למקור מים עם בקשה להתחיל מחדש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עם איחול טוב לשנה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יהי 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קצרה שאומרים לפני אכילת כל סימן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 ולראות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לגעת בו, כמו קול או מצווה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שני סוגי צלילי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תקיעה קצרה, תרועה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תקיעה צליל ארוך, תרועה רצף צלילים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תקיעה נעשית רק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מברכים על תפוח בדבש?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טובה ומתוקה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המשחק מילים במילה 'סלק'?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של ירק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יסתלקו – שהרע 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למקור מים ומבקשים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תוקעים בשופר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א׳–ב׳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ט׳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השורש של 'תקיעה'?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ת־ק־ע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ת־ר־ע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ש־פ־ר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ק־ו־ל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עצמו הוא דבר מוחשי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השופר והמצווה הם דברים מוחשיים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האיחול 'שנהיה לראש ולא לזנב' מבקש שנוביל ונצליח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יהי רצון נהוג רק אצל יוצאי אשכנז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הגזר קשור בביידיש למילה 'להרבות'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תפוח ב__________ לשנה מתוקה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__________ הולכים למקור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ברכה קצרה שאומרים לפני אכילת כל 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צליל שופר ארוך ואחד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רצף צלילים קצרים מאוד בשופר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לאיחול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שנרבה בטוב (ביידיש)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רצף צלילים 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צליל ארוך בשופר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שהרע יסתלק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שנה טובה ומתוקה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מה עושים בתשליך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פסוקים מתאימים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להתחיל שנה חדשה ונקייה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למקור מים, כמו נהר או 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ליד המים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אוכלים סימנים בראש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דבר מוחשי לבלתי מוחשי? תנו דוגמה מהחג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תקיעה לתרועה?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ולאיחול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בטקס 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